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מחברת הכתיבה – מתכננים, כותבים, בודקים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מחברת הכתיבה: תכנון במסגרת (דמויות, מקום, זמן, בעיה, שיא, פתרון), שימוש בפתיחי משפט, כתיבה ובדיקה עצמית לפי רשימת הבדיקה והמחוון של האתר.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חלק במסגרת התכנון לשאלה שהוא עונה עליה.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2–ה, 3–ג, 4–ב,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״השיא״ במסגרת התכנון?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הרגע הכי מותח או מרגש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לתכנן את הסיפור לפני שמתחילים לכתוב.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טוב אין צורך בבעיה – מספיק לתאר את המקום.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בעיה היא המנוע של העלילה; בלעדיה אין הסתבכות ושיא.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פתיח משפט מתאים לרגע שבו קורה משהו לא צפוי?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פתאום…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 המשפט ״____…״ עוזר לסגור את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מתאר רגש ״בלי להגיד את שם הרגש״?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הדמעות עמדו בעיניה.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במקום ״הוא אמר בשקט״ אפשר לכתוב: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הוא לחש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שפרו את המשפט ״היה לילה והיה רעש.״ – הוסיפו חוש אחד ודימוי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״בלילה ללא ירח נשמעה חריקת דלת, שקטה כמו לחישה.״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הביטויים לפי החוש.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שמיעה 👂: רשרוש עלים، חריקת דלת | ראייה 👁️: אור צהבהב ורך، צל ארוך על הקיר | ריח וטעם 👃: ריח של לחם חם، טעם מלוח של 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שורת דיאלוג אחת בין שתי דמויות. השתמשו במירכאות ובפועל דיבור שאינו ״אמר״.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״אתה בטוח?״ שאלה מאיה בזהירות. – מירכאות, פועל דיבור מגוון.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פתיחה: ״בבית שלנו יש כלל אחד שאסור לשבור: ארוחת שישי ביחד, גם כשכולם כועסים על כולם.״ או ״ביום שבו כוח המשיכה הפסיק לעבוד, הייתי באמצע ארוחת בוקר.״ כתבו סיפור עם התחלה, בעיה, שיא וסוף, ולפחות שורת דיאלוג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 האתר (100): קשר למשפט 15, מבנה 20, דמויות 15, תיאור 15, לשון ורצף 15, כתיב ופיסוק 10, מקוריות 10.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עצמית: כתבו שני דברים מהרשימה שעשיתם (למשל: ״תיארתי 2 חושים״, ״יש דיאלוג עם מירכאות״) ודבר אחד שתשפרו.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פריטים מרשימת הבדיקה + יעד שיפור אחד.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"מחברת הכתיבה – מתכננים, כותבים, בודקים"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✍️ מחברת הכתיבה – מתכננים, כותבים, בודקים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מסגרת התכנון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על השאלות על מסגרת התכנון.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התאימו כל חלק במסגרת התכנון לשאלה שהוא עונה עליה.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 דמויות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הבעיה נפתרת? מה השתנה?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📍 מקום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משתבש? מה צריך להשיג?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⏰ זמן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מתי? בוקר, לילה, עבר, עתיד?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❗ בעיה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בסיפור ומה הן רוצות?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 פתרון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זה קורה? מה רואים ושומעים?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״השיא״ במסגרת התכנון?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הרגע הכי מותח או מרגש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המקום שבו הסיפור קורה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רשימת מילות הקישור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כדאי לתכנן את הסיפור לפני שמתחילים לכתוב.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בסיפור טוב אין צורך בבעיה – מספיק לתאר את המקום.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פתיח משפט מתאים לרגע שבו קורה משהו לא צפוי?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בהתחלה…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פתאום…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בסוף…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הדמות רצתה…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פתיח המשפט ״_______________…״ עוזר לסגור את הסיפור.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משפרים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שפרו את המשפטים בעזרת מחסן המילים.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מתאר רגש ״בלי להגיד את שם הרגש״?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הייתה עצובה.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הדמעות עמדו בעיניה.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הרגישה רע.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היא לא הייתה שמחה.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במקום ״הוא אמר בשקט״ אפשר לכתוב: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לחש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צעק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קרא בהתרגשות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התלונן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שפרו את המשפט ״היה לילה והיה רעש.״ – הוסיפו חוש אחד ודימוי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את הביטויים לפי החוש.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חריקת דלת   ·   ריח של לחם חם   ·   אור צהבהב ורך   ·   צל ארוך על הקיר   ·   רשרוש עלים   ·   טעם מלוח של 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שמיעה 👂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ראייה 👁️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ריח וטעם 👃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שורת דיאלוג אחת בין שתי דמויות. השתמשו במירכאות ובפועל דיבור שאינו ״אמר״.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תכננו, כתבו ובדקו לפי הרשימה.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פתיחה: ״בבית שלנו יש כלל אחד שאסור לשבור: ארוחת שישי ביחד, גם כשכולם כועסים על כולם.״ או ״ביום שבו כוח המשיכה הפסיק לעבוד, הייתי באמצע ארוחת בוקר.״ כתבו סיפור עם התחלה, בעיה, שיא וסוף, ולפחות שורת דיאלוג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בדיקה עצמית: כתבו שני דברים מהרשימה שעשיתם (למשל: ״תיארתי 2 חושים״, ״יש דיאלוג עם מירכאות״) ודבר אחד שתשפרו.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המשפט הכי טוב שכתבתי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מילת קישור חדשה שהשתמשתי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בפעם הבאה אשפר…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מחברת הכתיבה – מתכננים, כותבים, בודקים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