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גלגל הפתיחות – פתיחה, סוף ותפנית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מלווה את גלגל הפתיחות: מזהים פתיחה, סוף ותפנית, מתאימים משפט לסוגה, ממשיכים פתיחה וכותבים אמצע בין פתיחה לסוף. מתאים לעבודה עצמית אחרי הקרנת הגלגל בכיתה.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״המפה נקרעה בדיוק במקום שבו היה מסומן האוצר.״ – איזה סוג משפט זה?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משפט פתיחה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״המפתח היה כל הזמן בכיס של המעיל שלי.״ – איזה סוג משפט זה?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משפט סיום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״ופתאום התחיל לרדת שלג, באמצע הקיץ.״ – איזה סוג משפט זה?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משפט תפנית לאמצע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תפנית מתחיל לעתים קרובות במילים ״ופתאום״ או ״אבל אז״.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סיום טוב תמיד חייב להסביר את כל מה שקרה בסיפור.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סיום יכול להשאיר שאלה פתוחה או תמונה אחרונה שנשארת בלב.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שפותח את הסיפור ומושך את הקורא להמשיך נקרא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מפתיע שקורה באמצע ומשנה את כיוון העלילה נקרא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תפנית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משפט פתיחה לסוגה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2–ב, 3–א, 4–ד, 5–ה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המשפטים: פתיחה או סוף?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פתיחה: מישהו החליף בלילה את כל השלטים ברחוב שלנו.، כשהסופה הגיעה, העורבים כבר עזבו.، אחותי החורגת ואני הסכמנו רק על דבר אחד. | סוף: והחללית נחתה, בדיוק בחצר של בית הספר.، הדבורים חזרו, וגם הפרחים.، ומאז, לשולחן שלנו יש כיסא נוסף.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פתיחה אחת מחלק ב׳. כתבו שתי שאלות שהקורא שואל את עצמו אחרי שקרא אותה.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שאלות סקרנות: מי? למה? מה יקרה? – למשל ״למה השעון עצר?״, ״מי ישים לב?״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הופך משפט פתיחה למעניין? כתבו שתי סיבות.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יוצר שאלה/תעלומה, מכניס ישר לפעולה, מציג דמות או מקום מיוחד, משהו לא רגיל.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המשיכו את הפתיחה ״בבוקר מצאה רפאלה פתק מודבק על הדלת, ועליו רק שלוש מילים: אל תפתחי אותה.״ – כתבו 3 משפטים שבאים מיד אחריה.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המשך שמתחבר לפתק: מה רפאלה מרגישה, מה היא עושה, רמז לסוד.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״פתיחה וסוף – כתבו את האמצע״: הפתיחה – ״המפה נקרעה בדיוק במקום שבו היה מסומן האוצר.״ הסוף – ״על הפסגה, במקום אוצר, חיכה לנו פתק בכתב היד של סבא.״ כתבו את אמצע הסיפור (בעיה, ניסיונות, שיא).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אמצע הגיוני שמחבר בין המפה הקרועה לבין הפתק של סבא; בעיה, לפחות ניסיון אחד, שיא; מילות קישור של זמן (אחר כך, לפתע, לבסוף).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משפט הפתיחה צריך ליצור סקרנות.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"גלגל הפתיחות – פתיחה, סוף ותפנית"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🎡 גלגל הפתיחות – פתיחה, סוף ותפנית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פתיחה, סוף או תפנית?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משפט וענו על השאלה.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״המפה נקרעה בדיוק במקום שבו היה מסומן האוצר.״ – איזה סוג משפט זה?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משפט פתיחה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משפט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משפט תפנית לאמצע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כותרת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״המפתח היה כל הזמן בכיס של המעיל שלי.״ – איזה סוג משפט זה?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משפט פתיחה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משפט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משפט תפנית לאמצע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הוראה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״ופתאום התחיל לרדת שלג, באמצע הקיץ.״ – איזה סוג משפט זה?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משפט פתיחה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משפט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משפט תפנית לאמצע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תיאור דמות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משפט תפנית מתחיל לעתים קרובות במילים ״ופתאום״ או ״אבל אז״.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משפט סיום טוב תמיד חייב להסביר את כל מה שקרה בסיפור.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המשפט שפותח את הסיפור ומושך את הקורא להמשיך נקרא _______________.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משהו מפתיע שקורה באמצע ומשנה את כיוון העלילה נקרא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סוגות ומשפטים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התאימו, מיינו והשלימו.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התאימו כל משפט פתיחה לסוגה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השעון בכיכר עצר בדיוק בשבע ושבע דקות.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הומור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בעיר שלנו גשם יורד רק בהזמנה מראש.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מדע בדיוני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הוויכוח הגדול בבית שלנו התחיל בגלל כפית.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מתח ובלשי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הזאב האחרון בעמק החליט לרדת אל הכפר.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טבע ובעלי חיים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המכתב מסבתא הגיע באיחור של שלושים שנה.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משפחה וחברות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 את המשפטים: פתיחה או סוף?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והחללית נחתה, בדיוק בחצר של בית הספר.   ·   הדבורים חזרו, וגם הפרחים.   ·   ומאז, לשולחן שלנו יש כיסא נוסף.   ·   מישהו החליף בלילה את כל השלטים ברחוב שלנו.   ·   אחותי החורגת ואני הסכמנו רק על דבר אחד.   ·   כשהסופה הגיעה, העורבים כבר עזבו.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פתיחה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סוף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בחרו פתיחה אחת מחלק ב׳. כתבו שתי שאלות שהקורא שואל את עצמו אחרי שקרא אותה.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מה הופך משפט פתיחה למעניין? כתבו שתי סיבות.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בשורות. השתמשו במחסן המילים של האתר.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המשיכו את הפתיחה ״בבוקר מצאה רפאלה פתק מודבק על הדלת, ועליו רק שלוש מילים: אל תפתחי אותה.״ – כתבו 3 משפטים שבאים מיד אחריה.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״פתיחה וסוף – כתבו את האמצע״: הפתיחה – ״המפה נקרעה בדיוק במקום שבו היה מסומן האוצר.״ הסוף – ״על הפסגה, במקום אוצר, חיכה לנו פתק בכתב היד של סבא.״ כתבו את אמצע הסיפור (בעיה, ניסיונות, שיא).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איזה סוג משפט הכי קל לי לכתוב: פתיחה, סוף או תפנית?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משפט פתיחה משלכם שמתחיל בשאלה.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ש…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גלגל הפתיחות – פתיחה, סוף ותפנית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