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גלגל הפתיחות – פתיחה, סוף ותפנית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מלווה את גלגל הפתיחות: מזהים פתיחה, סוף ותפנית, מתאימים משפט לסוגה, ממשיכים פתיחה וכותבים אמצע בין פתיחה לסוף. מתאים לעבודה עצמית אחרי הקרנת הגלגל בכיתה.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״המפה נקרעה…״ – זה משפט פתיחה, סוף או תפנית?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משפט פתיחה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״המפתח היה בכיס…״ – פתיחה, סוף או תפנית?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משפט 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״ופתאום התחיל לרדת שלג, באמצע הקיץ.״ – איזה סוג משפט 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משפט תפנית לאמצע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תפנית מתחיל הרבה פעמים ב״ופתאום״ או ב״אבל אז״.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סיום טוב תמיד חייב להסביר את כל מה שקרה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סיום יכול להשאיר שאלה פתוחה או תמונה אחרונה שנשארת בלב.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שפותח את הסיפור ומושך את הקורא להמשיך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מפתיע שקורה באמצע ומשנה את כיוון העלילה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משפט פתיחה לסוגה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2–ב, 3–א, 4–ד,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המשפטים: פתיחה או סוף?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מישהו החליף בלילה את כל השלטים ברחוב שלנו.، כשהסופה הגיעה, העורבים כבר עזבו.، אחותי החורגת ואני הסכמנו רק על דבר אחד. | סוף: והחללית נחתה, בדיוק בחצר של בית הספר.، הדבורים חזרו, וגם הפרחים.، ומאז, לשולחן שלנו יש כיסא נוסף.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קורה אחרי שרפאלה מוצאת את הפתק? כתבו 3 משפטים.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המשך שמתחבר לפתק: מה רפאלה מרגישה, מה היא עושה, רמז לסוד.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מה קרה באמצע: בין המפה הקרועה לבין הפתק של סבא.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אמצע הגיוני שמחבר בין המפה הקרועה לבין הפתק של סבא; בעיה, לפחות ניסיון אחד, שיא; מילות קישור של זמן (אחר כך, לפתע, לבסוף).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משפט הפתיחה צריך ליצור סקרנות.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"גלגל הפתיחות – פתיחה, סוף ותפנית"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🎡 גלגל הפתיחות – פתיחה, סוף ותפנית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/ 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האחרון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מפתיע שמשנה את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twist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שפועל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שמשתבש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problem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הרגע הכי מותח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הבעיה נגמרת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סוג של סיפור (הרפתקה, מתח…)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genre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פתיחה, סוף או תפנית?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פתיחה   ·   תפנית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״המפה נקרעה…״ – זה משפט פתיחה, סוף או תפנית?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כותרת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״המפתח היה בכיס…״ – פתיחה, סוף או תפנית?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״ופתאום התחיל לרדת שלג, באמצע הקיץ.״ – איזה סוג משפט 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משפט פתיחה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משפט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משפט תפנית לאמצע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תיאור דמות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משפט תפנית מתחיל הרבה פעמים ב״ופתאום״ או ב״אבל אז״.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משפט סיום טוב תמיד חייב להסביר את כל מה שקרה בסיפור.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המשפט שפותח את הסיפור ומושך את הקורא להמשיך נקרא _______________.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משהו מפתיע שקורה באמצע ומשנה את כיוון העלילה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סוגות ומשפטים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מתחו קו או כתבו 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כל משפט פתיחה לסוגה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השעון בכיכר עצר בדיוק בשבע ושבע דקות.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בעיר שלנו גשם יורד רק בהזמנה מראש.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מדע בדיוני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הוויכוח הגדול בבית שלנו התחיל בגלל כפית.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מתח ובלשי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הזאב האחרון בעמק החליט לרדת אל הכפר.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 ובעלי חיים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המכתב מסבתא הגיע באיחור של שלושים שנה.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 וחברות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את המשפטים: פתיחה או סוף?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מישהו החליף בלילה את כל השלטים ברחוב שלנו.   ·   הדבורים חזרו, וגם הפרחים.   ·   כשהסופה הגיעה, העורבים כבר עזבו.   ·   אחותי החורגת ואני הסכמנו רק על דבר אחד.   ·   ומאז, לשולחן שלנו יש כיסא נוסף.   ·   והחללית נחתה, בדיוק בחצר של בית הספר.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פתיחה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סוף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3–5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מה קורה אחרי שרפאלה מוצאת את הפתק? כתבו 3 משפטים.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מה קרה באמצע: בין המפה הקרועה לבין הפתק של סבא.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איזה סוג משפט הכי קל לי לכתוב: פתיחה, סוף או תפנית?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משפט פתיחה משלכם שמתחיל בשאלה.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ש…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הפתיחות – פתיחה, סוף ותפנית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