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קוביות סיפור והר הסיפור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קוביות הסיפור (דמות, מקום, בעיה), את רצף 3 התמונות ואת משחק הר הסיפור: מסדרים שלבי עלילה, מזהים את השלבים בסיפור לדוגמה וכותבים סיפור מקוביות.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שלב של הר הסיפור ״משהו קורה״ ומתחיל את העלילה?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האירוע המניע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השיא?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הרגע המכריע והמותח ביותר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בשלב ההתרה?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הבעיה נפתרת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בשלב ההסתבכות הדמות מנסה לפתור את הבעיה ונתקלת במכשולים.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השיא מופיע תמיד במשפט הראשון של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השיא מגיע לקראת סוף העלילה, אחרי ההסתבכות.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השלב האחרון בהר הסיפור, שבו מופיעה תמונה אחרונה או מה למדנו,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הר הסיפור לפי הסדר הנכון.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ד → ו → ג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של איתי התבלבל! סדרו את המשפטים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ג → א → ב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רצף תמונות לסיום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הטלתם קוביות: דמות – ״דרקון שמפחד מאש״, מקום – ״ספרייה ישנה״. המציאו בעיה מתאימה וכתבו אותה במשפט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 שמחברת את הדמות והמקום, למשל: הספרייה מתחממת והדרקון צריך להציל את הספרים בלי אש.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בחרו: דמות (ילדה סקרנית / רובוט קטן ועצוב / סבא דייג) ומקום (יער עבות / אי בודד / שוק סואן). מלאו: מי? איפה? מה הבעיה? מה השיא? איך זה נפתר?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מסגרת תכנון מלאה: דמות, מקום, בעיה, שיא, פתרון.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 שתכננתם לפי הר הסיפור (פתיחה, אירוע מניע, הסתבכות, שיא, התרה, סיום). השתמשו לפחות בשלוש מילות קישור: בהתחלה, פתאום, לבסוף.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עם 6 שלבים מזוהים, מילות קישור של זמן, קשר בין דמות-מקום-בעיה. מחוון האתר (100).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הבעיה צריכה להתאים לדמות.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"קוביות סיפור והר הסיפור"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🎲 קוביות סיפור והר הסיפור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הר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על השאלות על שלבי העלילה.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שלב של הר הסיפור ״משהו קורה״ ומתחיל את העלילה?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האירוע המניע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השיא?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הרגע המכריע והמותח ביותר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המשפט הראשון בסיפור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הכותרת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קורה בשלב ההתרה?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מכירים את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הבעיה נפתרת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מופיע מכשול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בוחרים כותרת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בשלב ההסתבכות הדמות מנסה לפתור את הבעיה ונתקלת במכשולים.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השיא מופיע תמיד במשפט הראשון של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השלב האחרון בהר הסיפור, שבו מופיעה תמונה אחרונה או מה למדנו,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מסדרים 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והשלימו.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סדרו את שלבי הר הסיפור לפי הסדר הנכון.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האירוע המניע – משהו קורה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– הכרת הדמויות והמקום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 – הבעיה נפתרת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הסתבכות – ניסיונות ומכשולים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– תמונה אחרונה / מה למדנו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 – הרגע המכריע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הסיפור של איתי התבלבל! סדרו את המשפטים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חיפש שבוע שלם, שאל שכנים, ונתקל רק במשיכות כתפיים.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בערב, כשהשעון בכיכר צלצל, הבין שהפעמון היה מעליו כל הזמן.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אחד מצא מתחת לספסל פתק על פעמון וסוד.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היה בטוח שהשכונה שלו הכי משעממת בעולם.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תיבת השעון חיכה מכתב ישן של ילדים מהשכונה.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כל רצף תמונות לסיום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🌧️ יורד גשם ← ☂️ אין מטרייה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 מוצאים את הדרך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🐶 הכלב בורח ← 🔎 מחפשים בשכונה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יוצאת קשת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שותלים זרע ← 💧 משקים כל 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🤗 מוצאים אותו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🚌 יוצאים לטיול ← 🧭 הולכים לאיבוד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🌻 צומח פרח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הטלתם קוביות: דמות – ״דרקון שמפחד מאש״, מקום – ״ספרייה ישנה״. המציאו בעיה מתאימה וכתבו אותה במשפט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מהקוביות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דמות, מקום ובעיה מהרשימה, תכננו וכתבו.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בחרו: דמות (ילדה סקרנית / רובוט קטן ועצוב / סבא דייג) ומקום (יער עבות / אי בודד / שוק סואן). מלאו: מי? איפה? מה הבעיה? מה השיא? איך זה נפתר?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את הסיפור שתכננתם לפי הר הסיפור (פתיחה, אירוע מניע, הסתבכות, שיא, התרה, סיום). השתמשו לפחות בשלוש מילות קישור: בהתחלה, פתאום, לבסוף.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השלב הכי קשה לי בהר הסיפור?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בעיה אחת לסיפור על ״צב ממהר״.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למדתי ש…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קוביות סיפור והר הסיפור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