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קוביות סיפור והר הסיפור (חנ״מ)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התרגול מלווה את קוביות הסיפור (דמות, מקום, בעיה), את רצף 3 התמונות ואת משחק הר הסיפור: מסדרים שלבי עלילה, מזהים את השלבים בסיפור לדוגמה וכותבים סיפור מקוביות.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חנ״מ: גרסת חנ״מ: פחות פריטים, עד 3 אפשרויות בכל שאלה, מחסן מילים להשלמות, גופן גדול ושורות רחבות. להקריא בקול, בלי הגבלת זמן, לאפשר מענה בעל־פה. אחרי שתי טעויות לתת רמז מכוון (לא את התשובה).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באיזה שלב של הר הסיפור ״משהו קורה״ ומתחיל את העלילה?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האירוע המניע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מהו השיא?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הרגע המכריע והמותח ביותר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קורה בשלב ההתרה?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הבעיה נפתרת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בשלב ההסתבכות הדמות מנסה לפתור את הבעיה ונתקלת במכשולים.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שלבי הר הסיפור לפי הסדר הנכון.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ה → א → ד → ב → 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הסיפור של איתי התבלבל! סדרו את המשפטים לפי הסדר.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ה → א → ד → ג → 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בחרו: דמות (ילדה סקרנית / רובוט קטן ועצוב / סבא דייג) ומקום (יער עבות / אי בודד / שוק סואן). מלאו: מי? איפה? מה הבעיה? מה השיא? איך זה נפתר?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מסגרת תכנון מלאה: דמות, מקום, בעיה, שיא, פתרון.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את הסיפור שתכננתם לפי הר הסיפור (פתיחה, אירוע מניע, הסתבכות, שיא, התרה, סיום). השתמשו לפחות בשלוש מילות קישור: בהתחלה, פתאום, לבסוף.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סיפור עם 6 שלבים מזוהים, מילות קישור של זמן, קשר בין דמות-מקום-בעיה. מחוון האתר (100).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תשובה אישית; הבעיה צריכה להתאים לדמות.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"קוביות סיפור והר הסיפור"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🎲 קוביות סיפור והר הסיפור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30"/>
          <w:rtl/>
          <w:szCs w:val="30"/>
          <w:bCs/>
        </w:rPr>
        <w:t>מסלול: 💛 חנ״מ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color w:val="8A6A00"/>
          <w:sz w:val="28"/>
          <w:rtl/>
          <w:szCs w:val="28"/>
        </w:rPr>
        <w:t>🔊 אפשר לבקש מהמורה להקריא כל שאלה. אין הגבלת זמן. מותר לענות בעל־פה או לסמן.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שלבי הר הסיפור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סמנו תשובה אחת.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1. באיזה שלב של הר הסיפור ״משהו קורה״ ומתחיל את העלילה?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פתיחה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האירוע המניע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שיא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2. מהו השיא?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הרגע המכריע והמותח ביותר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המשפט הראשון בסיפור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רשימת הדמויות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3. מה קורה בשלב ההתרה?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מכירים את הדמויות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הבעיה נפתרת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מופיע מכשול חדש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4. בשלב ההסתבכות הדמות מנסה לפתור את הבעיה ונתקלת במכשולים.      ◯ נכון   ◯ לא נכון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מסדרים סיפור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כתבו מספר 1–6 ליד כל משפט.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5. סדרו את שלבי הר הסיפור לפי הסדר הנכון.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האירוע המניע – משהו קורה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שיא – הרגע המכריע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התרה – הבעיה נפתרת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הסתבכות – ניסיונות ומכשולים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פתיחה – הכרת הדמויות והמקום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6. הסיפור של איתי התבלבל! סדרו את המשפטים לפי הסדר.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יום אחד מצא מתחת לספסל פתק על פעמון וסוד.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בתוך תיבת השעון חיכה מכתב ישן של ילדים מהשכונה.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בערב, כשהשעון בכיכר צלצל, הבין שהפעמון היה מעליו כל הזמן.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הוא חיפש שבוע שלם, שאל שכנים, ונתקל רק במשיכות כתפיים.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איתי היה בטוח שהשכונה שלו הכי משעממת בעולם.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כותבים מהקוביות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בחרו דמות ומקום. כתבו סיפור קצר.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7. בחרו: דמות (ילדה סקרנית / רובוט קטן ועצוב / סבא דייג) ומקום (יער עבות / אי בודד / שוק סואן). מלאו: מי? איפה? מה הבעיה? מה השיא? איך זה נפתר?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8. כתבו את הסיפור שתכננתם לפי הר הסיפור (פתיחה, אירוע מניע, הסתבכות, שיא, התרה, סיום). השתמשו לפחות בשלוש מילות קישור: בהתחלה, פתאום, לבסוף.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34"/>
          <w:rtl/>
          <w:szCs w:val="34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1. מה השלב הכי קשה לי בהר הסיפור?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2. כתבו בעיה אחת לסיפור על ״צב ממהר״.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קוביות סיפור והר הסיפור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